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北京金隅物业服务有限公司云望雅园外墙清洗服务询比价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北京金隅物业服务有限公司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https://qiye.qianlima.com/yfbsite/a/infoCenterZhaobiaoInfo/zbDetail/details?contentId=636446460&amp;areaId=3316&amp;searchWord=%E5%B9%95%E5%A2%99%E6%B8%85%E6%B4%97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>写字楼外墙清洗方案</w:t>
      </w:r>
      <w:r>
        <w:t xml:space="preserve">  ¥129.00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