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A1、D2栋外墙清洗服务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武汉文服金聚智慧服务管理有限公司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https://qiye.qianlima.com/yfbsite/a/infoCenterZhaobiaoInfo/zbDetail/details?contentId=636551286&amp;areaId=3236&amp;searchWord=%E5%A4%96%E5%A2%99%E6%B8%85%E6%B4%97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