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备勤大楼外墙清洗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广州白云国际机场商旅服务有限公司</w:t>
      </w:r>
    </w:p>
    <w:p>
      <w:pPr>
        <w:pStyle w:val="ListBullet"/>
      </w:pPr>
      <w:r>
        <w:rPr>
          <w:b/>
        </w:rPr>
        <w:t>采购方式：</w:t>
      </w:r>
      <w:r>
        <w:t>公开竞价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https://qiye.qianlima.com/yfbsite/a/infoCenterZhaobiaoInfo/zbDetail/details?contentId=637144310&amp;areaId=2790&amp;searchWord=%E5%A4%96%E5%A2%99%E6%B8%85%E6%B4%97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