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北京市经济技术开发区某物业项目外墙清洗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北京中航大北物业管理有限公司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https://qiye.qianlima.com/yfbsite/a/infoCenterZhaobiaoInfo/zbDetail/details?contentId=637189865&amp;areaId=3316&amp;searchWord=%E5%A4%96%E5%A2%99%E6%B8%85%E6%B4%97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