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金沙中心、湖畔中心外墙清洗项目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杭州和达物业服务有限公司金沙公司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https://qiye.qianlima.com/yfbsite/a/infoCenterZhaobiaoInfo/zbDetail/details?contentId=636838461&amp;areaId=2595&amp;searchWord=%E5%A4%96%E5%A2%99%E6%B8%85%E6%B4%97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>写字楼外墙清洗方案</w:t>
      </w:r>
      <w:r>
        <w:t xml:space="preserve">  ¥129.00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