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101大楼外墙清洗询比采购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通联航天工业有限公司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https://qiye.qianlima.com/yfbsite/a/infoCenterZhaobiaoInfo/zbDetail/details?contentId=636879536&amp;areaId=521&amp;searchWord=%E5%A4%96%E5%A2%99%E6%B8%85%E6%B4%97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