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金沙中心、湖畔中心外墙清洗项目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https://www.zhaobide.com/Web/WebAfficheIndex?tenderID=3e3c27dc-1cd9-410c-b9b1-2f30ef04c45b&amp;afficheID=0208fd2a-0916-4ab7-83d8-181a4705f8a5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